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УСЛУГИ (Б)</w:t>
      </w:r>
    </w:p>
    <w:p>
      <w:r>
        <w:t>Между „Гама Трейд“ АД, ЕИК 000000003, наричано Възложител, и „Бета Системи“ ЕООД, ЕИК 000000002, наричано Изпълнител, се сключи настоящият договор.</w:t>
      </w:r>
    </w:p>
    <w:p>
      <w:r>
        <w:t>Чл. 1. Изпълнителят предоставя услуги по поддръжка на информационни системи съгласно Приложение № 1.</w:t>
      </w:r>
    </w:p>
    <w:p>
      <w:r>
        <w:t>Чл. 2. Договорът се сключва за срок от 24 месеца.</w:t>
      </w:r>
    </w:p>
    <w:p>
      <w:r>
        <w:t>Чл. 3. Месечното възнаграждение е 3 000 лв. без ДДС.</w:t>
      </w:r>
    </w:p>
    <w:p>
      <w:r>
        <w:t>Чл. 4. Всяка от страните може да прекрати договора с 60-дневно писмено предизвестие.</w:t>
      </w:r>
    </w:p>
    <w:p>
      <w:r>
        <w:t>Чл. 5. Отговорността на Изпълнителя за вреди е ограничена до 20 000 лв.</w:t>
      </w:r>
    </w:p>
    <w:p>
      <w:r>
        <w:t>Чл. 6. Договорът се урежда от законодателството на Република България.</w:t>
      </w:r>
    </w:p>
    <w:p>
      <w:r>
        <w:t>Приложение № 1 - Обхват на услугите: поддръжка на мрежово оборудване.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