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ИЗМИСЛЕН ПРИМЕР - не е реален договор.</w:t>
      </w:r>
    </w:p>
    <w:p>
      <w:pPr>
        <w:pStyle w:val="Heading1"/>
      </w:pPr>
      <w:r>
        <w:t>ДОГОВОР ЗА НАЕМ НА СКЛАД (В)</w:t>
      </w:r>
    </w:p>
    <w:p>
      <w:r>
        <w:t>Днес, 03.02.2020 г., в гр. Пловдив, между „Делта Имоти“ ООД, ЕИК 000000004, наричано Наемодател, и „Епсилон Логистик“ ЕООД, ЕИК 000000005, наричано Наемател, се сключи настоящият договор.</w:t>
      </w:r>
    </w:p>
    <w:p>
      <w:r>
        <w:t>Чл. 1. Наемодателят предоставя за временно ползване складово помещение, описано в Приложение № 2.</w:t>
      </w:r>
    </w:p>
    <w:p>
      <w:r>
        <w:t>Чл. 2. Наемната цена е 1 800 лв. месечно.</w:t>
      </w:r>
    </w:p>
    <w:p>
      <w:r>
        <w:t>Чл. 3. Наемателят внася депозит в размер на 1 000 лв. при подписване на договора.</w:t>
      </w:r>
    </w:p>
    <w:p>
      <w:r>
        <w:t>Чл. 4. Договорът се сключва за разумен срок, докато нуждите на Наемателя налагат ползването.</w:t>
      </w:r>
    </w:p>
    <w:p>
      <w:r>
        <w:t>Чл. 5. Всяка страна може да прекрати договора с подходящо предизвестие.</w:t>
      </w:r>
    </w:p>
    <w:p>
      <w:r>
        <w:t>Чл. 8. Наемната цена от 1 800 лв. месечно се заплаща до 5-о число на месеца.</w:t>
      </w:r>
    </w:p>
    <w:p>
      <w:r>
        <w:t>Чл. 9. Депозитът в размер на 1 500 лв. се връща при прекратяване на договора.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